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7A007" w14:textId="66FF3762" w:rsidR="00562C66" w:rsidRDefault="0075529E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BFD8938" wp14:editId="024D5D77">
            <wp:simplePos x="0" y="0"/>
            <wp:positionH relativeFrom="column">
              <wp:posOffset>-516255</wp:posOffset>
            </wp:positionH>
            <wp:positionV relativeFrom="paragraph">
              <wp:posOffset>-472440</wp:posOffset>
            </wp:positionV>
            <wp:extent cx="1743075" cy="1095375"/>
            <wp:effectExtent l="0" t="0" r="9525" b="9525"/>
            <wp:wrapSquare wrapText="bothSides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9F4">
        <w:rPr>
          <w:b/>
          <w:sz w:val="32"/>
        </w:rPr>
        <w:t>REVIEWER APPLICATION FORM</w:t>
      </w:r>
    </w:p>
    <w:p w14:paraId="0D12F18E" w14:textId="39D39D91" w:rsidR="00562C66" w:rsidRDefault="0075529E" w:rsidP="0075529E">
      <w:r>
        <w:rPr>
          <w:i/>
        </w:rPr>
        <w:t xml:space="preserve">                            </w:t>
      </w:r>
      <w:r w:rsidR="007869F4">
        <w:rPr>
          <w:i/>
        </w:rPr>
        <w:t>Application to Join the Reviewer Panel</w:t>
      </w:r>
    </w:p>
    <w:p w14:paraId="58E71B33" w14:textId="77777777" w:rsidR="0075529E" w:rsidRDefault="0075529E" w:rsidP="0075529E">
      <w:pPr>
        <w:jc w:val="center"/>
        <w:rPr>
          <w:b/>
        </w:rPr>
      </w:pPr>
      <w:r w:rsidRPr="0075529E">
        <w:rPr>
          <w:b/>
        </w:rPr>
        <w:t>SRJ: International Journal of Scientific Research</w:t>
      </w:r>
    </w:p>
    <w:p w14:paraId="1221EC38" w14:textId="53C8C980" w:rsidR="00562C66" w:rsidRDefault="007869F4">
      <w:r>
        <w:t xml:space="preserve">Thank you for your interest in serving as a reviewer. Please complete the form accurately. The information provided will be reviewed by the Editorial Team for </w:t>
      </w:r>
      <w:r>
        <w:t>assessing reviewer suitability and matching expertise with appropriate manuscripts.</w:t>
      </w:r>
    </w:p>
    <w:p w14:paraId="3A6FD325" w14:textId="77777777" w:rsidR="00562C66" w:rsidRDefault="007869F4">
      <w:r>
        <w:rPr>
          <w:b/>
          <w:sz w:val="24"/>
        </w:rPr>
        <w:t>1. APPLICANT INFORMATION</w:t>
      </w:r>
    </w:p>
    <w:p w14:paraId="496BE264" w14:textId="77777777" w:rsidR="0075529E" w:rsidRDefault="007869F4">
      <w:pPr>
        <w:rPr>
          <w:b/>
        </w:rPr>
      </w:pPr>
      <w:r>
        <w:rPr>
          <w:b/>
        </w:rPr>
        <w:t>Full Name *</w:t>
      </w:r>
    </w:p>
    <w:p w14:paraId="6F04121F" w14:textId="3CF6D390" w:rsidR="00562C66" w:rsidRDefault="007869F4">
      <w:r>
        <w:br/>
      </w:r>
    </w:p>
    <w:p w14:paraId="73EFD6FD" w14:textId="77777777" w:rsidR="0075529E" w:rsidRDefault="007869F4">
      <w:pPr>
        <w:rPr>
          <w:b/>
        </w:rPr>
      </w:pPr>
      <w:r>
        <w:rPr>
          <w:b/>
        </w:rPr>
        <w:t>Academic / Professional Desig</w:t>
      </w:r>
      <w:r>
        <w:rPr>
          <w:b/>
        </w:rPr>
        <w:t>nation *</w:t>
      </w:r>
    </w:p>
    <w:p w14:paraId="0A382DBF" w14:textId="641F068A" w:rsidR="00562C66" w:rsidRDefault="007869F4">
      <w:r>
        <w:br/>
      </w:r>
    </w:p>
    <w:p w14:paraId="00430AA2" w14:textId="77777777" w:rsidR="0075529E" w:rsidRDefault="007869F4">
      <w:pPr>
        <w:rPr>
          <w:b/>
        </w:rPr>
      </w:pPr>
      <w:r>
        <w:rPr>
          <w:b/>
        </w:rPr>
        <w:t>Affiliation / Institution *</w:t>
      </w:r>
    </w:p>
    <w:p w14:paraId="283F9CE1" w14:textId="154AC410" w:rsidR="00562C66" w:rsidRDefault="007869F4">
      <w:r>
        <w:br/>
      </w:r>
    </w:p>
    <w:p w14:paraId="2B7228D3" w14:textId="70504AD0" w:rsidR="00562C66" w:rsidRDefault="007869F4">
      <w:r>
        <w:rPr>
          <w:b/>
        </w:rPr>
        <w:t>Departm</w:t>
      </w:r>
      <w:r>
        <w:rPr>
          <w:b/>
        </w:rPr>
        <w:t>ent / Faculty</w:t>
      </w:r>
      <w:r>
        <w:br/>
      </w:r>
    </w:p>
    <w:p w14:paraId="5594EC42" w14:textId="77777777" w:rsidR="00562C66" w:rsidRDefault="007869F4">
      <w:r>
        <w:rPr>
          <w:b/>
          <w:sz w:val="24"/>
        </w:rPr>
        <w:t>2. CONTACT INFORMATION</w:t>
      </w:r>
    </w:p>
    <w:p w14:paraId="4D38965D" w14:textId="331337A9" w:rsidR="00562C66" w:rsidRDefault="007869F4">
      <w:r>
        <w:rPr>
          <w:b/>
        </w:rPr>
        <w:t>Official Institutional Email *</w:t>
      </w:r>
      <w:r>
        <w:br/>
      </w:r>
    </w:p>
    <w:p w14:paraId="0EED4754" w14:textId="034B173B" w:rsidR="00562C66" w:rsidRDefault="007869F4">
      <w:r>
        <w:rPr>
          <w:b/>
        </w:rPr>
        <w:t>Personal Email</w:t>
      </w:r>
      <w:r>
        <w:br/>
      </w:r>
    </w:p>
    <w:p w14:paraId="3FD61751" w14:textId="4A5C83B1" w:rsidR="00562C66" w:rsidRDefault="007869F4">
      <w:r>
        <w:rPr>
          <w:b/>
        </w:rPr>
        <w:t xml:space="preserve">Profile Link </w:t>
      </w:r>
      <w:proofErr w:type="gramStart"/>
      <w:r>
        <w:rPr>
          <w:b/>
        </w:rPr>
        <w:t>*  (</w:t>
      </w:r>
      <w:proofErr w:type="gramEnd"/>
      <w:r>
        <w:rPr>
          <w:b/>
        </w:rPr>
        <w:t>ORCID / Google Scholar / Institutional Profile / ResearchGate / Scopus, etc.)</w:t>
      </w:r>
      <w:r>
        <w:br/>
      </w:r>
    </w:p>
    <w:p w14:paraId="5A34F02C" w14:textId="77777777" w:rsidR="0075529E" w:rsidRDefault="0075529E"/>
    <w:p w14:paraId="134941F0" w14:textId="77777777" w:rsidR="00562C66" w:rsidRDefault="007869F4">
      <w:r>
        <w:rPr>
          <w:b/>
          <w:sz w:val="24"/>
        </w:rPr>
        <w:t>3. AREA OF EXPERTISE</w:t>
      </w:r>
    </w:p>
    <w:p w14:paraId="7C7360E9" w14:textId="72C6D4D3" w:rsidR="00562C66" w:rsidRDefault="007869F4">
      <w:r>
        <w:rPr>
          <w:b/>
        </w:rPr>
        <w:t>Area of Specialization *</w:t>
      </w:r>
      <w:r>
        <w:br/>
      </w:r>
    </w:p>
    <w:p w14:paraId="7159CAD8" w14:textId="50DF8ACE" w:rsidR="00562C66" w:rsidRDefault="007869F4">
      <w:r>
        <w:rPr>
          <w:b/>
        </w:rPr>
        <w:t>Research Inter</w:t>
      </w:r>
      <w:r>
        <w:rPr>
          <w:b/>
        </w:rPr>
        <w:t>ests / Keywords *</w:t>
      </w:r>
      <w:r>
        <w:br/>
      </w:r>
    </w:p>
    <w:p w14:paraId="13317B17" w14:textId="77777777" w:rsidR="0075529E" w:rsidRDefault="0075529E">
      <w:pPr>
        <w:rPr>
          <w:b/>
          <w:sz w:val="24"/>
        </w:rPr>
      </w:pPr>
    </w:p>
    <w:p w14:paraId="3502979C" w14:textId="77777777" w:rsidR="0075529E" w:rsidRDefault="0075529E">
      <w:pPr>
        <w:rPr>
          <w:b/>
          <w:sz w:val="24"/>
        </w:rPr>
      </w:pPr>
    </w:p>
    <w:p w14:paraId="1CC7B895" w14:textId="6C4BDA4C" w:rsidR="00562C66" w:rsidRDefault="007869F4">
      <w:r>
        <w:rPr>
          <w:b/>
          <w:sz w:val="24"/>
        </w:rPr>
        <w:lastRenderedPageBreak/>
        <w:t>4. PHOTOGRAPH</w:t>
      </w:r>
    </w:p>
    <w:p w14:paraId="3500E633" w14:textId="3F7F1B35" w:rsidR="00562C66" w:rsidRDefault="007869F4">
      <w:r>
        <w:rPr>
          <w:b/>
        </w:rPr>
        <w:t>Professional</w:t>
      </w:r>
      <w:r>
        <w:rPr>
          <w:b/>
        </w:rPr>
        <w:t xml:space="preserve"> Photograph *</w:t>
      </w:r>
      <w:r>
        <w:br/>
        <w:t>Paste / attach a recent professional photograph here.</w:t>
      </w:r>
      <w:r>
        <w:br/>
      </w:r>
    </w:p>
    <w:p w14:paraId="40DF438C" w14:textId="5C22976B" w:rsidR="00562C66" w:rsidRDefault="007869F4">
      <w:r>
        <w:rPr>
          <w:b/>
        </w:rPr>
        <w:t>Date of Application *</w:t>
      </w:r>
      <w:r>
        <w:br/>
      </w:r>
    </w:p>
    <w:p w14:paraId="502F2195" w14:textId="477944FE" w:rsidR="00562C66" w:rsidRDefault="0075529E">
      <w:r>
        <w:rPr>
          <w:b/>
          <w:sz w:val="24"/>
        </w:rPr>
        <w:t>5</w:t>
      </w:r>
      <w:r w:rsidR="007869F4">
        <w:rPr>
          <w:b/>
          <w:sz w:val="24"/>
        </w:rPr>
        <w:t>. REVIEWER DECLARAT</w:t>
      </w:r>
      <w:r w:rsidR="007869F4">
        <w:rPr>
          <w:b/>
          <w:sz w:val="24"/>
        </w:rPr>
        <w:t>ION</w:t>
      </w:r>
    </w:p>
    <w:p w14:paraId="3B283529" w14:textId="77777777" w:rsidR="00562C66" w:rsidRDefault="007869F4">
      <w:r>
        <w:t>I certify that the information provided in this application is accurate and complete to the best of my knowledge. If appointed as a reviewer, I agree to maintain the confidentiality of all manuscripts and unpublished information received during the pee</w:t>
      </w:r>
      <w:r>
        <w:t>r-review process. I agree to provide objective, constructive, and independent evaluations and to disclose any actual or potential conflict of interest before accepting a review assignment.</w:t>
      </w:r>
    </w:p>
    <w:p w14:paraId="108C2C2E" w14:textId="77777777" w:rsidR="00562C66" w:rsidRDefault="007869F4">
      <w:r>
        <w:t>I understand that submission of this application does not guarantee</w:t>
      </w:r>
      <w:r>
        <w:t xml:space="preserve"> appointment as a reviewer or the assignment of manuscripts. The Editorial Team reserves the right to evaluate applications and determine reviewer eligibility based on qualifications, expertise, research profile, and journal requirements.</w:t>
      </w:r>
    </w:p>
    <w:p w14:paraId="6C87A2B8" w14:textId="77777777" w:rsidR="00562C66" w:rsidRDefault="007869F4">
      <w:r>
        <w:rPr>
          <w:b/>
        </w:rPr>
        <w:t>☐</w:t>
      </w:r>
      <w:r>
        <w:rPr>
          <w:b/>
        </w:rPr>
        <w:t xml:space="preserve">  I have read an</w:t>
      </w:r>
      <w:r>
        <w:rPr>
          <w:b/>
        </w:rPr>
        <w:t>d agree to the above Reviewer Declaration and the journal's peer-review and publication ethics requirements. *</w:t>
      </w:r>
    </w:p>
    <w:p w14:paraId="2A7A6E06" w14:textId="5330AD48" w:rsidR="00562C66" w:rsidRDefault="0075529E">
      <w:r>
        <w:rPr>
          <w:b/>
          <w:sz w:val="24"/>
        </w:rPr>
        <w:t>6</w:t>
      </w:r>
      <w:r w:rsidR="007869F4">
        <w:rPr>
          <w:b/>
          <w:sz w:val="24"/>
        </w:rPr>
        <w:t>. SUBMISSION</w:t>
      </w:r>
    </w:p>
    <w:p w14:paraId="35DB955A" w14:textId="77777777" w:rsidR="00562C66" w:rsidRDefault="007869F4">
      <w:r>
        <w:rPr>
          <w:b/>
        </w:rPr>
        <w:t>Submit Reviewer Application</w:t>
      </w:r>
    </w:p>
    <w:p w14:paraId="43FD67E0" w14:textId="77777777" w:rsidR="00562C66" w:rsidRDefault="007869F4">
      <w:pPr>
        <w:spacing w:after="120"/>
      </w:pPr>
      <w:r>
        <w:t xml:space="preserve">Applications are reviewed by the Editorial Team. Applicants may be contacted if additional information </w:t>
      </w:r>
      <w:r>
        <w:t>or verification is required.</w:t>
      </w:r>
    </w:p>
    <w:p w14:paraId="62F69C66" w14:textId="77777777" w:rsidR="0075529E" w:rsidRDefault="0075529E" w:rsidP="0075529E">
      <w:pPr>
        <w:rPr>
          <w:b/>
          <w:sz w:val="24"/>
        </w:rPr>
      </w:pPr>
    </w:p>
    <w:p w14:paraId="2A3D0C73" w14:textId="4B178F2A" w:rsidR="0075529E" w:rsidRDefault="0075529E" w:rsidP="0075529E">
      <w:r>
        <w:rPr>
          <w:b/>
          <w:sz w:val="24"/>
        </w:rPr>
        <w:t>7</w:t>
      </w:r>
      <w:r>
        <w:rPr>
          <w:b/>
          <w:sz w:val="24"/>
        </w:rPr>
        <w:t>. SIGNATURE</w:t>
      </w:r>
    </w:p>
    <w:p w14:paraId="031351C7" w14:textId="77777777" w:rsidR="0075529E" w:rsidRDefault="0075529E" w:rsidP="0075529E">
      <w:r>
        <w:rPr>
          <w:b/>
        </w:rPr>
        <w:t>Applicant Signature *</w:t>
      </w:r>
      <w:r>
        <w:br/>
      </w:r>
    </w:p>
    <w:p w14:paraId="1770F760" w14:textId="2F918AD7" w:rsidR="007869F4" w:rsidRDefault="006C6A1A">
      <w:r>
        <w:t xml:space="preserve">Please ensure that the completed and signed Reviewer Application Form is sent to </w:t>
      </w:r>
      <w:r w:rsidRPr="006C6A1A">
        <w:rPr>
          <w:rStyle w:val="Strong"/>
          <w:b w:val="0"/>
          <w:bCs w:val="0"/>
          <w:sz w:val="24"/>
          <w:szCs w:val="28"/>
          <w:highlight w:val="yellow"/>
        </w:rPr>
        <w:t>reviewer@journalsrj.com</w:t>
      </w:r>
      <w:r w:rsidRPr="006C6A1A">
        <w:rPr>
          <w:sz w:val="24"/>
          <w:szCs w:val="28"/>
        </w:rPr>
        <w:t xml:space="preserve"> </w:t>
      </w:r>
      <w:r>
        <w:t>applications submitted elsewhere will not be accepted.</w:t>
      </w:r>
    </w:p>
    <w:sectPr w:rsidR="007869F4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6637B" w14:textId="77777777" w:rsidR="007869F4" w:rsidRDefault="007869F4">
      <w:pPr>
        <w:spacing w:after="0" w:line="240" w:lineRule="auto"/>
      </w:pPr>
      <w:r>
        <w:separator/>
      </w:r>
    </w:p>
  </w:endnote>
  <w:endnote w:type="continuationSeparator" w:id="0">
    <w:p w14:paraId="61C8170F" w14:textId="77777777" w:rsidR="007869F4" w:rsidRDefault="00786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26BE4" w14:textId="77777777" w:rsidR="0075529E" w:rsidRDefault="0075529E" w:rsidP="0075529E">
    <w:pPr>
      <w:jc w:val="center"/>
      <w:rPr>
        <w:b/>
      </w:rPr>
    </w:pPr>
    <w:r w:rsidRPr="0075529E">
      <w:rPr>
        <w:b/>
      </w:rPr>
      <w:t>SRJ: International Journal of Scientific Research</w:t>
    </w:r>
  </w:p>
  <w:p w14:paraId="39E419FF" w14:textId="16E1BFA9" w:rsidR="00562C66" w:rsidRDefault="007869F4">
    <w:pPr>
      <w:pStyle w:val="Footer"/>
      <w:jc w:val="center"/>
    </w:pPr>
    <w:r>
      <w:rPr>
        <w:sz w:val="16"/>
      </w:rPr>
      <w:t>| Reviewer Application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94550" w14:textId="77777777" w:rsidR="007869F4" w:rsidRDefault="007869F4">
      <w:pPr>
        <w:spacing w:after="0" w:line="240" w:lineRule="auto"/>
      </w:pPr>
      <w:r>
        <w:separator/>
      </w:r>
    </w:p>
  </w:footnote>
  <w:footnote w:type="continuationSeparator" w:id="0">
    <w:p w14:paraId="27E166E5" w14:textId="77777777" w:rsidR="007869F4" w:rsidRDefault="00786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62C66"/>
    <w:rsid w:val="006C6A1A"/>
    <w:rsid w:val="0075529E"/>
    <w:rsid w:val="007869F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1B5B97"/>
  <w14:defaultImageDpi w14:val="300"/>
  <w15:docId w15:val="{BFCEF1DF-E994-4C0B-AE07-C6F0DF8C7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7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Syeed Raja</cp:lastModifiedBy>
  <cp:revision>3</cp:revision>
  <dcterms:created xsi:type="dcterms:W3CDTF">2026-08-25T17:41:00Z</dcterms:created>
  <dcterms:modified xsi:type="dcterms:W3CDTF">2026-08-25T18:03:00Z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0eeacfe2-f722-4241-ad56-1edc6df06cac</vt:lpwstr>
  </property>
</Properties>
</file>